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23F6F" w14:textId="1231BB34" w:rsidR="001C3B4B" w:rsidRDefault="001C3B4B" w:rsidP="006844B7">
      <w:pPr>
        <w:spacing w:after="0" w:line="360" w:lineRule="auto"/>
        <w:jc w:val="center"/>
        <w:rPr>
          <w:kern w:val="2"/>
          <w:lang w:eastAsia="zh-TW"/>
          <w14:ligatures w14:val="standardContextual"/>
        </w:rPr>
      </w:pPr>
      <w:bookmarkStart w:id="0" w:name="_Hlk208577765"/>
      <w:r>
        <w:rPr>
          <w:rFonts w:ascii="Times New Roman" w:hAnsi="Times New Roman" w:cs="Times New Roman"/>
          <w:b/>
          <w:bCs/>
          <w:sz w:val="44"/>
          <w:szCs w:val="44"/>
        </w:rPr>
        <w:t>2026</w:t>
      </w:r>
      <w:bookmarkEnd w:id="0"/>
      <w:r>
        <w:rPr>
          <w:rFonts w:ascii="Times New Roman" w:hAnsi="Times New Roman" w:cs="Times New Roman"/>
          <w:b/>
          <w:bCs/>
          <w:sz w:val="44"/>
          <w:szCs w:val="44"/>
        </w:rPr>
        <w:t xml:space="preserve"> International Nanotechnology Olympiad National </w:t>
      </w:r>
      <w:r w:rsidR="00BB5800" w:rsidRPr="00BB5800">
        <w:rPr>
          <w:rFonts w:ascii="Times New Roman" w:hAnsi="Times New Roman" w:cs="Times New Roman"/>
          <w:b/>
          <w:bCs/>
          <w:sz w:val="44"/>
          <w:szCs w:val="44"/>
        </w:rPr>
        <w:t>Competition</w:t>
      </w:r>
      <w:r w:rsidR="00BB5800">
        <w:rPr>
          <w:rFonts w:ascii="Times New Roman" w:hAnsi="Times New Roman" w:cs="Times New Roman" w:hint="eastAsia"/>
          <w:b/>
          <w:bCs/>
          <w:sz w:val="44"/>
          <w:szCs w:val="44"/>
          <w:lang w:eastAsia="zh-TW"/>
        </w:rPr>
        <w:t xml:space="preserve"> </w:t>
      </w:r>
      <w:r>
        <w:rPr>
          <w:rFonts w:ascii="Times New Roman" w:hAnsi="Times New Roman" w:cs="Times New Roman"/>
          <w:b/>
          <w:bCs/>
          <w:sz w:val="44"/>
          <w:szCs w:val="44"/>
        </w:rPr>
        <w:t>Registration Form</w:t>
      </w:r>
    </w:p>
    <w:p w14:paraId="2349F51F" w14:textId="0B41E068" w:rsidR="005E6E2A" w:rsidRPr="005E6E2A" w:rsidRDefault="005E6E2A" w:rsidP="006844B7">
      <w:pPr>
        <w:spacing w:after="0" w:line="360" w:lineRule="auto"/>
        <w:rPr>
          <w:rFonts w:ascii="Times New Roman" w:eastAsia="標楷體" w:hAnsi="Times New Roman" w:cs="Times New Roman"/>
          <w:b/>
          <w:bCs/>
          <w:sz w:val="28"/>
          <w:szCs w:val="28"/>
          <w:lang w:eastAsia="zh-TW"/>
        </w:rPr>
      </w:pPr>
    </w:p>
    <w:p w14:paraId="4DCB6AED" w14:textId="77777777" w:rsidR="001C3B4B" w:rsidRDefault="001C3B4B" w:rsidP="006844B7">
      <w:pPr>
        <w:spacing w:after="0" w:line="360" w:lineRule="auto"/>
        <w:rPr>
          <w:kern w:val="2"/>
          <w:lang w:eastAsia="zh-TW"/>
          <w14:ligatures w14:val="standardContextual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Notes</w:t>
      </w:r>
    </w:p>
    <w:p w14:paraId="4A410359" w14:textId="009AE569" w:rsidR="001C3B4B" w:rsidRDefault="001C3B4B" w:rsidP="002E4D3D">
      <w:pPr>
        <w:pStyle w:val="ae"/>
        <w:numPr>
          <w:ilvl w:val="0"/>
          <w:numId w:val="27"/>
        </w:numPr>
        <w:spacing w:line="360" w:lineRule="auto"/>
        <w:rPr>
          <w:kern w:val="2"/>
          <w:lang w:eastAsia="zh-TW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</w:rPr>
        <w:t xml:space="preserve">All team members have carefully read the competition guidelines and </w:t>
      </w:r>
      <w:r w:rsidR="006844B7">
        <w:rPr>
          <w:rFonts w:ascii="Times New Roman" w:hAnsi="Times New Roman" w:cs="Times New Roman"/>
          <w:sz w:val="28"/>
          <w:szCs w:val="28"/>
        </w:rPr>
        <w:t>notes and</w:t>
      </w:r>
      <w:r>
        <w:rPr>
          <w:rFonts w:ascii="Times New Roman" w:hAnsi="Times New Roman" w:cs="Times New Roman"/>
          <w:sz w:val="28"/>
          <w:szCs w:val="28"/>
        </w:rPr>
        <w:t xml:space="preserve"> agree to participate in accordance with the relevant rules.</w:t>
      </w:r>
    </w:p>
    <w:p w14:paraId="4E57AD64" w14:textId="5C60575B" w:rsidR="001C3B4B" w:rsidRDefault="001C3B4B" w:rsidP="002E4D3D">
      <w:pPr>
        <w:pStyle w:val="ae"/>
        <w:numPr>
          <w:ilvl w:val="0"/>
          <w:numId w:val="27"/>
        </w:numPr>
        <w:spacing w:line="360" w:lineRule="auto"/>
        <w:rPr>
          <w:kern w:val="2"/>
          <w:lang w:eastAsia="zh-TW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</w:rPr>
        <w:t xml:space="preserve">To revise information, please email </w:t>
      </w:r>
      <w:r w:rsidRPr="00DD29CC">
        <w:rPr>
          <w:rFonts w:ascii="Times New Roman" w:hAnsi="Times New Roman" w:cs="Times New Roman"/>
          <w:b/>
          <w:bCs/>
          <w:sz w:val="28"/>
          <w:szCs w:val="28"/>
        </w:rPr>
        <w:t>ino2026@gate.sinica.edu.tw</w:t>
      </w:r>
      <w:r>
        <w:rPr>
          <w:rFonts w:ascii="Times New Roman" w:hAnsi="Times New Roman" w:cs="Times New Roman"/>
          <w:sz w:val="28"/>
          <w:szCs w:val="28"/>
        </w:rPr>
        <w:t xml:space="preserve"> by </w:t>
      </w:r>
      <w:r w:rsidRPr="002E4D3D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872910" w:rsidRPr="002E4D3D">
        <w:rPr>
          <w:rFonts w:ascii="Times New Roman" w:hAnsi="Times New Roman" w:cs="Times New Roman" w:hint="eastAsia"/>
          <w:color w:val="000000" w:themeColor="text1"/>
          <w:sz w:val="28"/>
          <w:szCs w:val="28"/>
          <w:lang w:eastAsia="zh-TW"/>
        </w:rPr>
        <w:t>6</w:t>
      </w:r>
      <w:r w:rsidRPr="002E4D3D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="00872910" w:rsidRPr="002E4D3D">
        <w:rPr>
          <w:rFonts w:ascii="Times New Roman" w:hAnsi="Times New Roman" w:cs="Times New Roman" w:hint="eastAsia"/>
          <w:color w:val="000000" w:themeColor="text1"/>
          <w:sz w:val="28"/>
          <w:szCs w:val="28"/>
          <w:lang w:eastAsia="zh-TW"/>
        </w:rPr>
        <w:t>9</w:t>
      </w:r>
      <w:r w:rsidRPr="002E4D3D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="00872910" w:rsidRPr="002E4D3D">
        <w:rPr>
          <w:rFonts w:ascii="Times New Roman" w:hAnsi="Times New Roman" w:cs="Times New Roman" w:hint="eastAsia"/>
          <w:color w:val="000000" w:themeColor="text1"/>
          <w:sz w:val="28"/>
          <w:szCs w:val="28"/>
          <w:lang w:eastAsia="zh-TW"/>
        </w:rPr>
        <w:t>31</w:t>
      </w:r>
      <w:r w:rsidRPr="002E4D3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F57EE31" w14:textId="77777777" w:rsidR="00D03E24" w:rsidRPr="00872910" w:rsidRDefault="00D03E24" w:rsidP="006844B7">
      <w:pPr>
        <w:spacing w:after="0" w:line="360" w:lineRule="auto"/>
        <w:rPr>
          <w:rFonts w:ascii="Times New Roman" w:eastAsia="標楷體" w:hAnsi="Times New Roman" w:cs="Times New Roman"/>
          <w:b/>
          <w:bCs/>
          <w:sz w:val="32"/>
          <w:szCs w:val="32"/>
          <w:lang w:eastAsia="zh-TW"/>
        </w:rPr>
      </w:pPr>
    </w:p>
    <w:p w14:paraId="59434E92" w14:textId="1D798F30" w:rsidR="001C3B4B" w:rsidRDefault="004A0978" w:rsidP="006844B7">
      <w:pPr>
        <w:spacing w:after="0" w:line="360" w:lineRule="auto"/>
        <w:rPr>
          <w:kern w:val="2"/>
          <w:lang w:eastAsia="zh-TW"/>
          <w14:ligatures w14:val="standardContextual"/>
        </w:rPr>
      </w:pPr>
      <w:r w:rsidRPr="004A0978">
        <w:rPr>
          <w:rFonts w:ascii="Times New Roman" w:hAnsi="Times New Roman" w:cs="Times New Roman"/>
          <w:b/>
          <w:bCs/>
          <w:sz w:val="32"/>
          <w:szCs w:val="32"/>
        </w:rPr>
        <w:t>Project &amp; Eligibility Info</w:t>
      </w:r>
    </w:p>
    <w:p w14:paraId="5BFC04DE" w14:textId="77777777" w:rsidR="001C3B4B" w:rsidRPr="004A0978" w:rsidRDefault="001C3B4B" w:rsidP="002E4D3D">
      <w:pPr>
        <w:pStyle w:val="ae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Topic title:</w:t>
      </w:r>
    </w:p>
    <w:p w14:paraId="1A7CC23D" w14:textId="766F8B62" w:rsidR="004A0978" w:rsidRPr="004A0978" w:rsidRDefault="004A0978" w:rsidP="002E4D3D">
      <w:pPr>
        <w:pStyle w:val="ae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A0978">
        <w:rPr>
          <w:rFonts w:ascii="Times New Roman" w:hAnsi="Times New Roman" w:cs="Times New Roman"/>
          <w:sz w:val="28"/>
          <w:szCs w:val="28"/>
        </w:rPr>
        <w:t>Representing Country:</w:t>
      </w:r>
    </w:p>
    <w:p w14:paraId="295AF39F" w14:textId="66C847A2" w:rsidR="004A0978" w:rsidRPr="004A0978" w:rsidRDefault="004A0978" w:rsidP="002E4D3D">
      <w:pPr>
        <w:pStyle w:val="ae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A0978">
        <w:rPr>
          <w:rFonts w:ascii="Times New Roman" w:hAnsi="Times New Roman" w:cs="Times New Roman"/>
          <w:sz w:val="28"/>
          <w:szCs w:val="28"/>
        </w:rPr>
        <w:t>Nominating Institution:</w:t>
      </w:r>
    </w:p>
    <w:p w14:paraId="75044347" w14:textId="3D0D2B74" w:rsidR="004A0978" w:rsidRDefault="004A0978" w:rsidP="002E4D3D">
      <w:pPr>
        <w:pStyle w:val="ae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A0978">
        <w:rPr>
          <w:rFonts w:ascii="Times New Roman" w:hAnsi="Times New Roman" w:cs="Times New Roman"/>
          <w:sz w:val="28"/>
          <w:szCs w:val="28"/>
        </w:rPr>
        <w:t>TRL Declaration</w:t>
      </w:r>
      <w:r w:rsidR="000F7ACB">
        <w:rPr>
          <w:rFonts w:ascii="Times New Roman" w:hAnsi="Times New Roman" w:cs="Times New Roman" w:hint="eastAsia"/>
          <w:sz w:val="28"/>
          <w:szCs w:val="28"/>
          <w:lang w:eastAsia="zh-TW"/>
        </w:rPr>
        <w:t xml:space="preserve"> (fill in with numbers)</w:t>
      </w:r>
      <w:r w:rsidRPr="004A0978">
        <w:rPr>
          <w:rFonts w:ascii="Times New Roman" w:hAnsi="Times New Roman" w:cs="Times New Roman"/>
          <w:sz w:val="28"/>
          <w:szCs w:val="28"/>
        </w:rPr>
        <w:t>: TRL</w:t>
      </w:r>
      <w:r w:rsidR="000F7ACB">
        <w:rPr>
          <w:rFonts w:ascii="Times New Roman" w:hAnsi="Times New Roman" w:cs="Times New Roman" w:hint="eastAsia"/>
          <w:sz w:val="28"/>
          <w:szCs w:val="28"/>
          <w:lang w:eastAsia="zh-TW"/>
        </w:rPr>
        <w:t>_</w:t>
      </w:r>
      <w:r w:rsidR="000F7ACB">
        <w:rPr>
          <w:rFonts w:ascii="Times New Roman" w:hAnsi="Times New Roman" w:cs="Times New Roman" w:hint="eastAsia"/>
          <w:sz w:val="28"/>
          <w:szCs w:val="28"/>
          <w:lang w:eastAsia="zh-TW"/>
        </w:rPr>
        <w:t>_</w:t>
      </w:r>
      <w:r w:rsidRPr="004A09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E12A8E" w14:textId="3D48E146" w:rsidR="000F7ACB" w:rsidRPr="000F7ACB" w:rsidRDefault="000F7ACB" w:rsidP="000F7ACB">
      <w:pPr>
        <w:pStyle w:val="ae"/>
        <w:numPr>
          <w:ilvl w:val="0"/>
          <w:numId w:val="28"/>
        </w:num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  <w:lang w:eastAsia="zh-TW"/>
        </w:rPr>
        <w:t>M</w:t>
      </w:r>
      <w:r w:rsidRPr="004A0978">
        <w:rPr>
          <w:rFonts w:ascii="Times New Roman" w:hAnsi="Times New Roman" w:cs="Times New Roman"/>
          <w:sz w:val="28"/>
          <w:szCs w:val="28"/>
        </w:rPr>
        <w:t>RL Declaration</w:t>
      </w:r>
      <w:r>
        <w:rPr>
          <w:rFonts w:ascii="Times New Roman" w:hAnsi="Times New Roman" w:cs="Times New Roman" w:hint="eastAsia"/>
          <w:sz w:val="28"/>
          <w:szCs w:val="28"/>
          <w:lang w:eastAsia="zh-TW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  <w:lang w:eastAsia="zh-TW"/>
        </w:rPr>
        <w:t xml:space="preserve">(fill </w:t>
      </w:r>
      <w:r>
        <w:rPr>
          <w:rFonts w:ascii="Times New Roman" w:hAnsi="Times New Roman" w:cs="Times New Roman" w:hint="eastAsia"/>
          <w:sz w:val="28"/>
          <w:szCs w:val="28"/>
          <w:lang w:eastAsia="zh-TW"/>
        </w:rPr>
        <w:t xml:space="preserve">in </w:t>
      </w:r>
      <w:r>
        <w:rPr>
          <w:rFonts w:ascii="Times New Roman" w:hAnsi="Times New Roman" w:cs="Times New Roman" w:hint="eastAsia"/>
          <w:sz w:val="28"/>
          <w:szCs w:val="28"/>
          <w:lang w:eastAsia="zh-TW"/>
        </w:rPr>
        <w:t>with number</w:t>
      </w:r>
      <w:r>
        <w:rPr>
          <w:rFonts w:ascii="Times New Roman" w:hAnsi="Times New Roman" w:cs="Times New Roman" w:hint="eastAsia"/>
          <w:sz w:val="28"/>
          <w:szCs w:val="28"/>
          <w:lang w:eastAsia="zh-TW"/>
        </w:rPr>
        <w:t>s</w:t>
      </w:r>
      <w:r>
        <w:rPr>
          <w:rFonts w:ascii="Times New Roman" w:hAnsi="Times New Roman" w:cs="Times New Roman" w:hint="eastAsia"/>
          <w:sz w:val="28"/>
          <w:szCs w:val="28"/>
          <w:lang w:eastAsia="zh-TW"/>
        </w:rPr>
        <w:t>)</w:t>
      </w:r>
      <w:r w:rsidRPr="004A097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 w:hint="eastAsia"/>
          <w:sz w:val="28"/>
          <w:szCs w:val="28"/>
          <w:lang w:eastAsia="zh-TW"/>
        </w:rPr>
        <w:t>M</w:t>
      </w:r>
      <w:r w:rsidRPr="004A0978">
        <w:rPr>
          <w:rFonts w:ascii="Times New Roman" w:hAnsi="Times New Roman" w:cs="Times New Roman"/>
          <w:sz w:val="28"/>
          <w:szCs w:val="28"/>
        </w:rPr>
        <w:t>RL</w:t>
      </w:r>
      <w:r>
        <w:rPr>
          <w:rFonts w:ascii="Times New Roman" w:hAnsi="Times New Roman" w:cs="Times New Roman" w:hint="eastAsia"/>
          <w:sz w:val="28"/>
          <w:szCs w:val="28"/>
          <w:lang w:eastAsia="zh-TW"/>
        </w:rPr>
        <w:t>__</w:t>
      </w:r>
    </w:p>
    <w:p w14:paraId="70A697F3" w14:textId="77777777" w:rsidR="00DD29CC" w:rsidRDefault="00DD29CC" w:rsidP="00DD29CC">
      <w:pPr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4A0978">
        <w:rPr>
          <w:rFonts w:ascii="Times New Roman" w:hAnsi="Times New Roman" w:cs="Times New Roman"/>
          <w:b/>
          <w:bCs/>
          <w:sz w:val="32"/>
          <w:szCs w:val="32"/>
        </w:rPr>
        <w:t>Logistics &amp; Hospitality</w:t>
      </w:r>
    </w:p>
    <w:p w14:paraId="42202F87" w14:textId="74249A33" w:rsidR="00DD29CC" w:rsidRDefault="00DD29CC" w:rsidP="00DD29CC">
      <w:pPr>
        <w:pStyle w:val="ae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D1647">
        <w:rPr>
          <w:rFonts w:ascii="Times New Roman" w:hAnsi="Times New Roman" w:cs="Times New Roman"/>
          <w:sz w:val="28"/>
          <w:szCs w:val="28"/>
        </w:rPr>
        <w:t>Dietary Restrictions</w:t>
      </w:r>
      <w:r>
        <w:rPr>
          <w:rFonts w:ascii="Times New Roman" w:hAnsi="Times New Roman" w:cs="Times New Roman" w:hint="eastAsia"/>
          <w:sz w:val="28"/>
          <w:szCs w:val="28"/>
          <w:lang w:eastAsia="zh-TW"/>
        </w:rPr>
        <w:t xml:space="preserve"> (</w:t>
      </w:r>
      <w:r w:rsidRPr="007D1647">
        <w:rPr>
          <w:rFonts w:ascii="Times New Roman" w:hAnsi="Times New Roman" w:cs="Times New Roman"/>
          <w:sz w:val="28"/>
          <w:szCs w:val="28"/>
        </w:rPr>
        <w:t>Vegetarian/Halal/Kosher/Allergies</w:t>
      </w:r>
      <w:r>
        <w:rPr>
          <w:rFonts w:ascii="Times New Roman" w:hAnsi="Times New Roman" w:cs="Times New Roman" w:hint="eastAsia"/>
          <w:sz w:val="28"/>
          <w:szCs w:val="28"/>
          <w:lang w:eastAsia="zh-TW"/>
        </w:rPr>
        <w:t>/Other</w:t>
      </w:r>
      <w:r w:rsidRPr="007D164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9D23F9F" w14:textId="77777777" w:rsidR="00BF3A89" w:rsidRPr="00DD29CC" w:rsidRDefault="00BF3A89" w:rsidP="00FE462A">
      <w:pPr>
        <w:spacing w:after="0" w:line="240" w:lineRule="auto"/>
        <w:rPr>
          <w:rFonts w:ascii="Times New Roman" w:eastAsia="標楷體" w:hAnsi="Times New Roman" w:cs="Times New Roman"/>
          <w:b/>
          <w:bCs/>
          <w:sz w:val="32"/>
          <w:szCs w:val="32"/>
          <w:lang w:eastAsia="zh-TW"/>
        </w:rPr>
      </w:pPr>
    </w:p>
    <w:p w14:paraId="3AE873D0" w14:textId="77777777" w:rsidR="00DD29CC" w:rsidRDefault="00DD29CC" w:rsidP="006844B7">
      <w:pPr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14:paraId="0B5A42D8" w14:textId="21790603" w:rsidR="001C3B4B" w:rsidRDefault="001C3B4B" w:rsidP="006844B7">
      <w:pPr>
        <w:spacing w:after="0" w:line="360" w:lineRule="auto"/>
        <w:rPr>
          <w:kern w:val="2"/>
          <w:lang w:eastAsia="zh-TW"/>
          <w14:ligatures w14:val="standardContextual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Team Member Information</w:t>
      </w:r>
    </w:p>
    <w:p w14:paraId="3423D47E" w14:textId="211A5AB1" w:rsidR="001C3B4B" w:rsidRDefault="001C3B4B" w:rsidP="006844B7">
      <w:pPr>
        <w:pStyle w:val="ae"/>
        <w:numPr>
          <w:ilvl w:val="0"/>
          <w:numId w:val="13"/>
        </w:numPr>
        <w:spacing w:line="360" w:lineRule="auto"/>
        <w:ind w:left="714" w:hanging="357"/>
        <w:rPr>
          <w:kern w:val="2"/>
          <w:lang w:eastAsia="zh-TW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</w:rPr>
        <w:t>Team name:</w:t>
      </w:r>
      <w:r w:rsidR="000F4D0C">
        <w:rPr>
          <w:rFonts w:ascii="Times New Roman" w:hAnsi="Times New Roman" w:cs="Times New Roman" w:hint="eastAsia"/>
          <w:sz w:val="28"/>
          <w:szCs w:val="28"/>
          <w:lang w:eastAsia="zh-TW"/>
        </w:rPr>
        <w:t xml:space="preserve"> </w:t>
      </w:r>
    </w:p>
    <w:p w14:paraId="0F40D8EE" w14:textId="0774F20A" w:rsidR="001C3B4B" w:rsidRDefault="001C3B4B" w:rsidP="00D2545B">
      <w:pPr>
        <w:pStyle w:val="ae"/>
        <w:numPr>
          <w:ilvl w:val="0"/>
          <w:numId w:val="13"/>
        </w:numPr>
        <w:spacing w:line="360" w:lineRule="auto"/>
        <w:ind w:left="714" w:hanging="357"/>
        <w:rPr>
          <w:kern w:val="2"/>
          <w:lang w:eastAsia="zh-TW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</w:rPr>
        <w:t>Number of members:</w:t>
      </w:r>
      <w:r w:rsidR="000F4D0C">
        <w:rPr>
          <w:rFonts w:ascii="Times New Roman" w:hAnsi="Times New Roman" w:cs="Times New Roman" w:hint="eastAsia"/>
          <w:sz w:val="28"/>
          <w:szCs w:val="28"/>
          <w:lang w:eastAsia="zh-TW"/>
        </w:rPr>
        <w:t xml:space="preserve"> </w:t>
      </w:r>
    </w:p>
    <w:p w14:paraId="13B015F9" w14:textId="77777777" w:rsidR="001C3B4B" w:rsidRDefault="001C3B4B" w:rsidP="00D2545B">
      <w:pPr>
        <w:pStyle w:val="ae"/>
        <w:numPr>
          <w:ilvl w:val="0"/>
          <w:numId w:val="13"/>
        </w:numPr>
        <w:spacing w:line="360" w:lineRule="auto"/>
        <w:ind w:left="714" w:hanging="357"/>
        <w:rPr>
          <w:kern w:val="2"/>
          <w:lang w:eastAsia="zh-TW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</w:rPr>
        <w:t>Member details: (please complete the table below)</w:t>
      </w:r>
    </w:p>
    <w:tbl>
      <w:tblPr>
        <w:tblW w:w="101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7"/>
        <w:gridCol w:w="1229"/>
        <w:gridCol w:w="1693"/>
        <w:gridCol w:w="1844"/>
        <w:gridCol w:w="3525"/>
      </w:tblGrid>
      <w:tr w:rsidR="00371CA2" w:rsidRPr="004A6560" w14:paraId="7487E7B8" w14:textId="77777777" w:rsidTr="004A0978">
        <w:trPr>
          <w:trHeight w:val="310"/>
        </w:trPr>
        <w:tc>
          <w:tcPr>
            <w:tcW w:w="10188" w:type="dxa"/>
            <w:gridSpan w:val="5"/>
            <w:shd w:val="clear" w:color="auto" w:fill="FFFFFF" w:themeFill="background1"/>
            <w:noWrap/>
            <w:vAlign w:val="center"/>
          </w:tcPr>
          <w:p w14:paraId="531527EA" w14:textId="77777777" w:rsidR="002E4D3D" w:rsidRPr="00DD29CC" w:rsidRDefault="002E4D3D" w:rsidP="002E4D3D">
            <w:pPr>
              <w:pStyle w:val="ae"/>
              <w:numPr>
                <w:ilvl w:val="0"/>
                <w:numId w:val="26"/>
              </w:num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9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Official Delegation Composition: Each participating country's delegation shall consist of a participant team (exactly 1 Supervisor and up to 4 student participants) and up to 1 nominated international Jury members. </w:t>
            </w:r>
          </w:p>
          <w:p w14:paraId="125B03CA" w14:textId="77777777" w:rsidR="002E4D3D" w:rsidRPr="00DD29CC" w:rsidRDefault="002E4D3D" w:rsidP="002E4D3D">
            <w:pPr>
              <w:pStyle w:val="ae"/>
              <w:numPr>
                <w:ilvl w:val="0"/>
                <w:numId w:val="26"/>
              </w:numPr>
              <w:spacing w:after="0"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TW"/>
                <w14:ligatures w14:val="standardContextual"/>
              </w:rPr>
            </w:pPr>
            <w:r w:rsidRPr="00DD29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One of the student participants must be designated as the Team Leader, acting as the primary contact person. </w:t>
            </w:r>
          </w:p>
          <w:p w14:paraId="0A302854" w14:textId="4A149312" w:rsidR="00371CA2" w:rsidRPr="002E4D3D" w:rsidRDefault="002E4D3D" w:rsidP="002E4D3D">
            <w:pPr>
              <w:pStyle w:val="ae"/>
              <w:numPr>
                <w:ilvl w:val="0"/>
                <w:numId w:val="26"/>
              </w:numPr>
              <w:spacing w:after="0" w:line="360" w:lineRule="auto"/>
              <w:jc w:val="both"/>
              <w:rPr>
                <w:kern w:val="2"/>
                <w:sz w:val="24"/>
                <w:szCs w:val="24"/>
                <w:lang w:eastAsia="zh-TW"/>
                <w14:ligatures w14:val="standardContextual"/>
              </w:rPr>
            </w:pPr>
            <w:r w:rsidRPr="00DD29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Please note that all team members, including the supervisor, must be fluent in English and fully capable of presenting and defending their project during the competition.</w:t>
            </w:r>
          </w:p>
        </w:tc>
      </w:tr>
      <w:tr w:rsidR="00DE16A1" w:rsidRPr="004A6560" w14:paraId="293A57AD" w14:textId="77777777" w:rsidTr="00A11580">
        <w:trPr>
          <w:trHeight w:val="900"/>
        </w:trPr>
        <w:tc>
          <w:tcPr>
            <w:tcW w:w="1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9848FB" w14:textId="2C755A22" w:rsidR="00DE16A1" w:rsidRPr="000F4D0C" w:rsidRDefault="00DE16A1" w:rsidP="009A0875">
            <w:pPr>
              <w:spacing w:after="0" w:line="360" w:lineRule="auto"/>
              <w:jc w:val="center"/>
              <w:rPr>
                <w:kern w:val="2"/>
                <w:sz w:val="24"/>
                <w:szCs w:val="24"/>
                <w:lang w:eastAsia="zh-TW"/>
                <w14:ligatures w14:val="standardContextual"/>
              </w:rPr>
            </w:pPr>
            <w:r w:rsidRPr="00DE16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Full Name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sz w:val="24"/>
                <w:szCs w:val="24"/>
                <w:lang w:eastAsia="zh-TW"/>
              </w:rPr>
              <w:t xml:space="preserve"> (English)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376363" w14:textId="7DBE1C68" w:rsidR="00DE16A1" w:rsidRPr="00D2545B" w:rsidRDefault="00DE16A1" w:rsidP="009A0875">
            <w:pPr>
              <w:spacing w:after="0" w:line="360" w:lineRule="auto"/>
              <w:jc w:val="center"/>
              <w:rPr>
                <w:kern w:val="2"/>
                <w:sz w:val="24"/>
                <w:szCs w:val="24"/>
                <w:lang w:eastAsia="zh-TW"/>
                <w14:ligatures w14:val="standardContextual"/>
              </w:rPr>
            </w:pPr>
            <w:r w:rsidRPr="000F4D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Academic </w:t>
            </w:r>
            <w:r w:rsidR="00D2545B">
              <w:rPr>
                <w:rFonts w:ascii="Times New Roman" w:hAnsi="Times New Roman" w:cs="Times New Roman" w:hint="eastAsia"/>
                <w:b/>
                <w:bCs/>
                <w:color w:val="000000"/>
                <w:sz w:val="24"/>
                <w:szCs w:val="24"/>
                <w:lang w:eastAsia="zh-TW"/>
              </w:rPr>
              <w:t>S</w:t>
            </w:r>
            <w:r w:rsidRPr="000F4D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tatus</w:t>
            </w:r>
          </w:p>
        </w:tc>
        <w:tc>
          <w:tcPr>
            <w:tcW w:w="3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348DA4" w14:textId="39DFD0BF" w:rsidR="00DE16A1" w:rsidRPr="000F4D0C" w:rsidRDefault="00DE16A1" w:rsidP="009A0875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4A09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Affiliation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936DFF3" w14:textId="037B204A" w:rsidR="00DE16A1" w:rsidRPr="000F4D0C" w:rsidRDefault="00DE16A1" w:rsidP="009A0875">
            <w:pPr>
              <w:spacing w:after="0" w:line="360" w:lineRule="auto"/>
              <w:jc w:val="center"/>
              <w:rPr>
                <w:kern w:val="2"/>
                <w:sz w:val="24"/>
                <w:szCs w:val="24"/>
                <w:lang w:eastAsia="zh-TW"/>
                <w14:ligatures w14:val="standardContextual"/>
              </w:rPr>
            </w:pPr>
            <w:r w:rsidRPr="000F4D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Email</w:t>
            </w:r>
          </w:p>
        </w:tc>
      </w:tr>
      <w:tr w:rsidR="003C197A" w:rsidRPr="004A6560" w14:paraId="27CC3C50" w14:textId="77777777" w:rsidTr="009A0875">
        <w:trPr>
          <w:trHeight w:val="310"/>
        </w:trPr>
        <w:tc>
          <w:tcPr>
            <w:tcW w:w="10188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35961A" w14:textId="5BF83D7D" w:rsidR="003C197A" w:rsidRPr="00D2545B" w:rsidRDefault="00872910" w:rsidP="009A0875">
            <w:pPr>
              <w:spacing w:after="0" w:line="360" w:lineRule="auto"/>
              <w:jc w:val="center"/>
              <w:rPr>
                <w:b/>
                <w:bCs/>
                <w:kern w:val="2"/>
                <w:sz w:val="24"/>
                <w:szCs w:val="24"/>
                <w:lang w:eastAsia="zh-TW"/>
                <w14:ligatures w14:val="standardContextual"/>
              </w:rPr>
            </w:pPr>
            <w:r w:rsidRPr="008729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Supervisor</w:t>
            </w:r>
          </w:p>
        </w:tc>
      </w:tr>
      <w:tr w:rsidR="00DE16A1" w:rsidRPr="004A6560" w14:paraId="31B8DC21" w14:textId="77777777" w:rsidTr="00A11580">
        <w:trPr>
          <w:trHeight w:val="310"/>
        </w:trPr>
        <w:tc>
          <w:tcPr>
            <w:tcW w:w="1897" w:type="dxa"/>
            <w:noWrap/>
            <w:vAlign w:val="center"/>
          </w:tcPr>
          <w:p w14:paraId="6B532F9C" w14:textId="0E6C5D90" w:rsidR="00DE16A1" w:rsidRPr="004A6560" w:rsidRDefault="00DE16A1" w:rsidP="009A0875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</w:p>
        </w:tc>
        <w:tc>
          <w:tcPr>
            <w:tcW w:w="1229" w:type="dxa"/>
            <w:vAlign w:val="center"/>
          </w:tcPr>
          <w:p w14:paraId="1C7E2C36" w14:textId="77777777" w:rsidR="00DE16A1" w:rsidRPr="004A6560" w:rsidRDefault="00DE16A1" w:rsidP="009A0875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</w:p>
        </w:tc>
        <w:tc>
          <w:tcPr>
            <w:tcW w:w="3537" w:type="dxa"/>
            <w:gridSpan w:val="2"/>
            <w:vAlign w:val="center"/>
          </w:tcPr>
          <w:p w14:paraId="71566363" w14:textId="5F2C7323" w:rsidR="00DE16A1" w:rsidRPr="004A6560" w:rsidRDefault="00DE16A1" w:rsidP="009A0875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</w:p>
        </w:tc>
        <w:tc>
          <w:tcPr>
            <w:tcW w:w="3525" w:type="dxa"/>
            <w:noWrap/>
            <w:vAlign w:val="center"/>
          </w:tcPr>
          <w:p w14:paraId="35E1C7C0" w14:textId="560BC449" w:rsidR="00DE16A1" w:rsidRPr="004A6560" w:rsidRDefault="00DE16A1" w:rsidP="009A0875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</w:p>
        </w:tc>
      </w:tr>
      <w:tr w:rsidR="00F834AB" w:rsidRPr="004A6560" w14:paraId="2F4AC32F" w14:textId="77777777" w:rsidTr="009A0875">
        <w:trPr>
          <w:trHeight w:val="310"/>
        </w:trPr>
        <w:tc>
          <w:tcPr>
            <w:tcW w:w="10188" w:type="dxa"/>
            <w:gridSpan w:val="5"/>
            <w:shd w:val="clear" w:color="auto" w:fill="D9D9D9" w:themeFill="background1" w:themeFillShade="D9"/>
            <w:noWrap/>
            <w:vAlign w:val="center"/>
          </w:tcPr>
          <w:p w14:paraId="665D95DA" w14:textId="6B5C7643" w:rsidR="00F834AB" w:rsidRPr="00F834AB" w:rsidRDefault="00872910" w:rsidP="009A0875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872910"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  <w:lang w:eastAsia="zh-TW"/>
              </w:rPr>
              <w:t>Nominated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4"/>
                <w:szCs w:val="24"/>
                <w:lang w:eastAsia="zh-TW"/>
              </w:rPr>
              <w:t xml:space="preserve"> </w:t>
            </w:r>
            <w:r w:rsidRPr="00872910"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  <w:lang w:eastAsia="zh-TW"/>
              </w:rPr>
              <w:t>Judges</w:t>
            </w:r>
          </w:p>
        </w:tc>
      </w:tr>
      <w:tr w:rsidR="00F834AB" w:rsidRPr="004A6560" w14:paraId="26A4101A" w14:textId="77777777" w:rsidTr="00A11580">
        <w:trPr>
          <w:trHeight w:val="310"/>
        </w:trPr>
        <w:tc>
          <w:tcPr>
            <w:tcW w:w="1897" w:type="dxa"/>
            <w:noWrap/>
            <w:vAlign w:val="center"/>
          </w:tcPr>
          <w:p w14:paraId="6CAC396A" w14:textId="77777777" w:rsidR="00F834AB" w:rsidRPr="004A6560" w:rsidRDefault="00F834AB" w:rsidP="009A0875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</w:p>
        </w:tc>
        <w:tc>
          <w:tcPr>
            <w:tcW w:w="1229" w:type="dxa"/>
            <w:vAlign w:val="center"/>
          </w:tcPr>
          <w:p w14:paraId="26239936" w14:textId="77777777" w:rsidR="00F834AB" w:rsidRPr="004A6560" w:rsidRDefault="00F834AB" w:rsidP="009A0875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</w:p>
        </w:tc>
        <w:tc>
          <w:tcPr>
            <w:tcW w:w="3537" w:type="dxa"/>
            <w:gridSpan w:val="2"/>
            <w:vAlign w:val="center"/>
          </w:tcPr>
          <w:p w14:paraId="3EB97047" w14:textId="77777777" w:rsidR="00F834AB" w:rsidRPr="004A6560" w:rsidRDefault="00F834AB" w:rsidP="009A0875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</w:p>
        </w:tc>
        <w:tc>
          <w:tcPr>
            <w:tcW w:w="3525" w:type="dxa"/>
            <w:noWrap/>
            <w:vAlign w:val="center"/>
          </w:tcPr>
          <w:p w14:paraId="6B152E74" w14:textId="77777777" w:rsidR="00F834AB" w:rsidRPr="004A6560" w:rsidRDefault="00F834AB" w:rsidP="009A0875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</w:p>
        </w:tc>
      </w:tr>
      <w:tr w:rsidR="003C197A" w:rsidRPr="004A6560" w14:paraId="66398B48" w14:textId="77777777" w:rsidTr="009A0875">
        <w:trPr>
          <w:trHeight w:val="310"/>
        </w:trPr>
        <w:tc>
          <w:tcPr>
            <w:tcW w:w="10188" w:type="dxa"/>
            <w:gridSpan w:val="5"/>
            <w:shd w:val="clear" w:color="auto" w:fill="D9D9D9" w:themeFill="background1" w:themeFillShade="D9"/>
            <w:vAlign w:val="bottom"/>
          </w:tcPr>
          <w:p w14:paraId="1DE7F1F2" w14:textId="17A17FD7" w:rsidR="003C197A" w:rsidRPr="00DE16A1" w:rsidRDefault="001C3B4B" w:rsidP="009A0875">
            <w:pPr>
              <w:spacing w:after="0" w:line="360" w:lineRule="auto"/>
              <w:jc w:val="center"/>
              <w:rPr>
                <w:b/>
                <w:bCs/>
                <w:kern w:val="2"/>
                <w:sz w:val="24"/>
                <w:szCs w:val="24"/>
                <w:lang w:eastAsia="zh-TW"/>
                <w14:ligatures w14:val="standardContextual"/>
              </w:rPr>
            </w:pPr>
            <w:r w:rsidRPr="00DE16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Student Participants</w:t>
            </w:r>
          </w:p>
        </w:tc>
      </w:tr>
      <w:tr w:rsidR="00DE16A1" w:rsidRPr="004A6560" w14:paraId="166B4439" w14:textId="77777777" w:rsidTr="00A11580">
        <w:trPr>
          <w:trHeight w:val="310"/>
        </w:trPr>
        <w:tc>
          <w:tcPr>
            <w:tcW w:w="1897" w:type="dxa"/>
            <w:noWrap/>
            <w:vAlign w:val="center"/>
          </w:tcPr>
          <w:p w14:paraId="6BA56154" w14:textId="734C988C" w:rsidR="00DE16A1" w:rsidRPr="004A6560" w:rsidRDefault="00DE16A1" w:rsidP="009A0875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</w:p>
        </w:tc>
        <w:tc>
          <w:tcPr>
            <w:tcW w:w="1229" w:type="dxa"/>
            <w:vAlign w:val="center"/>
          </w:tcPr>
          <w:p w14:paraId="3BF1CEF9" w14:textId="77777777" w:rsidR="00DE16A1" w:rsidRPr="004A6560" w:rsidRDefault="00DE16A1" w:rsidP="009A0875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</w:p>
        </w:tc>
        <w:tc>
          <w:tcPr>
            <w:tcW w:w="3537" w:type="dxa"/>
            <w:gridSpan w:val="2"/>
            <w:vAlign w:val="center"/>
          </w:tcPr>
          <w:p w14:paraId="4293C435" w14:textId="00660587" w:rsidR="00DE16A1" w:rsidRPr="004A6560" w:rsidRDefault="00DE16A1" w:rsidP="009A0875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</w:p>
        </w:tc>
        <w:tc>
          <w:tcPr>
            <w:tcW w:w="3525" w:type="dxa"/>
            <w:noWrap/>
            <w:vAlign w:val="center"/>
          </w:tcPr>
          <w:p w14:paraId="228D00FA" w14:textId="16196063" w:rsidR="00DE16A1" w:rsidRPr="004A6560" w:rsidRDefault="00DE16A1" w:rsidP="009A0875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</w:p>
        </w:tc>
      </w:tr>
      <w:tr w:rsidR="00DE16A1" w:rsidRPr="004A6560" w14:paraId="522F9F1C" w14:textId="77777777" w:rsidTr="00A11580">
        <w:trPr>
          <w:trHeight w:val="310"/>
        </w:trPr>
        <w:tc>
          <w:tcPr>
            <w:tcW w:w="1897" w:type="dxa"/>
            <w:noWrap/>
            <w:vAlign w:val="center"/>
          </w:tcPr>
          <w:p w14:paraId="2411FCB8" w14:textId="2BB6C5F5" w:rsidR="00DE16A1" w:rsidRPr="004A6560" w:rsidRDefault="00DE16A1" w:rsidP="009A0875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</w:p>
        </w:tc>
        <w:tc>
          <w:tcPr>
            <w:tcW w:w="1229" w:type="dxa"/>
            <w:vAlign w:val="center"/>
          </w:tcPr>
          <w:p w14:paraId="354D82FE" w14:textId="77777777" w:rsidR="00DE16A1" w:rsidRPr="004A6560" w:rsidRDefault="00DE16A1" w:rsidP="009A0875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</w:p>
        </w:tc>
        <w:tc>
          <w:tcPr>
            <w:tcW w:w="3537" w:type="dxa"/>
            <w:gridSpan w:val="2"/>
            <w:vAlign w:val="center"/>
          </w:tcPr>
          <w:p w14:paraId="6118D53D" w14:textId="33986120" w:rsidR="00DE16A1" w:rsidRPr="004A6560" w:rsidRDefault="00DE16A1" w:rsidP="009A0875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</w:p>
        </w:tc>
        <w:tc>
          <w:tcPr>
            <w:tcW w:w="3525" w:type="dxa"/>
            <w:noWrap/>
            <w:vAlign w:val="center"/>
          </w:tcPr>
          <w:p w14:paraId="37805AFE" w14:textId="79C32410" w:rsidR="00DE16A1" w:rsidRPr="004A6560" w:rsidRDefault="00DE16A1" w:rsidP="009A0875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</w:p>
        </w:tc>
      </w:tr>
      <w:tr w:rsidR="00DE16A1" w:rsidRPr="004A6560" w14:paraId="539FDD41" w14:textId="77777777" w:rsidTr="00A11580">
        <w:trPr>
          <w:trHeight w:val="310"/>
        </w:trPr>
        <w:tc>
          <w:tcPr>
            <w:tcW w:w="1897" w:type="dxa"/>
            <w:noWrap/>
            <w:vAlign w:val="center"/>
          </w:tcPr>
          <w:p w14:paraId="491B1445" w14:textId="7889076A" w:rsidR="00DE16A1" w:rsidRPr="004A6560" w:rsidRDefault="00DE16A1" w:rsidP="009A0875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</w:p>
        </w:tc>
        <w:tc>
          <w:tcPr>
            <w:tcW w:w="1229" w:type="dxa"/>
            <w:vAlign w:val="center"/>
          </w:tcPr>
          <w:p w14:paraId="18896798" w14:textId="77777777" w:rsidR="00DE16A1" w:rsidRPr="004A6560" w:rsidRDefault="00DE16A1" w:rsidP="009A0875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</w:p>
        </w:tc>
        <w:tc>
          <w:tcPr>
            <w:tcW w:w="3537" w:type="dxa"/>
            <w:gridSpan w:val="2"/>
            <w:vAlign w:val="center"/>
          </w:tcPr>
          <w:p w14:paraId="2EE57847" w14:textId="6CC8C91F" w:rsidR="00DE16A1" w:rsidRPr="004A6560" w:rsidRDefault="00DE16A1" w:rsidP="009A0875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</w:p>
        </w:tc>
        <w:tc>
          <w:tcPr>
            <w:tcW w:w="3525" w:type="dxa"/>
            <w:noWrap/>
            <w:vAlign w:val="center"/>
          </w:tcPr>
          <w:p w14:paraId="32C53C1C" w14:textId="10869AED" w:rsidR="00DE16A1" w:rsidRPr="004A6560" w:rsidRDefault="00DE16A1" w:rsidP="009A0875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</w:p>
        </w:tc>
      </w:tr>
      <w:tr w:rsidR="00DE16A1" w:rsidRPr="004A6560" w14:paraId="7B2FFB38" w14:textId="77777777" w:rsidTr="00A11580">
        <w:trPr>
          <w:trHeight w:val="310"/>
        </w:trPr>
        <w:tc>
          <w:tcPr>
            <w:tcW w:w="1897" w:type="dxa"/>
            <w:noWrap/>
            <w:vAlign w:val="center"/>
          </w:tcPr>
          <w:p w14:paraId="614D5293" w14:textId="239F5ADA" w:rsidR="00DE16A1" w:rsidRPr="004A6560" w:rsidRDefault="00DE16A1" w:rsidP="009A0875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</w:p>
        </w:tc>
        <w:tc>
          <w:tcPr>
            <w:tcW w:w="1229" w:type="dxa"/>
            <w:vAlign w:val="center"/>
          </w:tcPr>
          <w:p w14:paraId="4B301706" w14:textId="77777777" w:rsidR="00DE16A1" w:rsidRPr="004A6560" w:rsidRDefault="00DE16A1" w:rsidP="009A0875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</w:p>
        </w:tc>
        <w:tc>
          <w:tcPr>
            <w:tcW w:w="3537" w:type="dxa"/>
            <w:gridSpan w:val="2"/>
            <w:vAlign w:val="center"/>
          </w:tcPr>
          <w:p w14:paraId="6E65B9DA" w14:textId="289B10D0" w:rsidR="00DE16A1" w:rsidRPr="004A6560" w:rsidRDefault="00DE16A1" w:rsidP="009A0875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</w:p>
        </w:tc>
        <w:tc>
          <w:tcPr>
            <w:tcW w:w="3525" w:type="dxa"/>
            <w:noWrap/>
            <w:vAlign w:val="center"/>
          </w:tcPr>
          <w:p w14:paraId="0BF96F50" w14:textId="43A91FA9" w:rsidR="00DE16A1" w:rsidRPr="004A6560" w:rsidRDefault="00DE16A1" w:rsidP="009A0875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</w:p>
        </w:tc>
      </w:tr>
      <w:tr w:rsidR="00974A2A" w:rsidRPr="004A6560" w14:paraId="4158BE67" w14:textId="77777777" w:rsidTr="009A0875">
        <w:trPr>
          <w:trHeight w:val="310"/>
        </w:trPr>
        <w:tc>
          <w:tcPr>
            <w:tcW w:w="10188" w:type="dxa"/>
            <w:gridSpan w:val="5"/>
            <w:shd w:val="clear" w:color="auto" w:fill="D9D9D9" w:themeFill="background1" w:themeFillShade="D9"/>
            <w:noWrap/>
            <w:vAlign w:val="center"/>
          </w:tcPr>
          <w:p w14:paraId="0404A5C9" w14:textId="77777777" w:rsidR="00974A2A" w:rsidRPr="004A6560" w:rsidRDefault="00974A2A" w:rsidP="009A0875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</w:p>
        </w:tc>
      </w:tr>
      <w:tr w:rsidR="00371CA2" w:rsidRPr="004A6560" w14:paraId="77146EED" w14:textId="77777777" w:rsidTr="00A11580">
        <w:trPr>
          <w:trHeight w:val="310"/>
        </w:trPr>
        <w:tc>
          <w:tcPr>
            <w:tcW w:w="1897" w:type="dxa"/>
            <w:noWrap/>
            <w:vAlign w:val="center"/>
          </w:tcPr>
          <w:p w14:paraId="4B4DB4EA" w14:textId="770D7B58" w:rsidR="00371CA2" w:rsidRPr="000F4D0C" w:rsidRDefault="001C3B4B" w:rsidP="002E4D3D">
            <w:pPr>
              <w:spacing w:after="0" w:line="360" w:lineRule="auto"/>
              <w:jc w:val="center"/>
              <w:rPr>
                <w:kern w:val="2"/>
                <w:sz w:val="24"/>
                <w:szCs w:val="24"/>
                <w:lang w:eastAsia="zh-TW"/>
                <w14:ligatures w14:val="standardContextual"/>
              </w:rPr>
            </w:pPr>
            <w:r w:rsidRPr="000F4D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Team Leader </w:t>
            </w:r>
          </w:p>
        </w:tc>
        <w:tc>
          <w:tcPr>
            <w:tcW w:w="2922" w:type="dxa"/>
            <w:gridSpan w:val="2"/>
            <w:vAlign w:val="center"/>
          </w:tcPr>
          <w:p w14:paraId="7F63C39B" w14:textId="4886F6C0" w:rsidR="00371CA2" w:rsidRPr="000F4D0C" w:rsidRDefault="001C3B4B" w:rsidP="002E4D3D">
            <w:pPr>
              <w:spacing w:after="0" w:line="360" w:lineRule="auto"/>
              <w:jc w:val="center"/>
              <w:rPr>
                <w:kern w:val="2"/>
                <w:sz w:val="24"/>
                <w:szCs w:val="24"/>
                <w:lang w:eastAsia="zh-TW"/>
                <w14:ligatures w14:val="standardContextual"/>
              </w:rPr>
            </w:pPr>
            <w:r w:rsidRPr="000F4D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5369" w:type="dxa"/>
            <w:gridSpan w:val="2"/>
            <w:vAlign w:val="center"/>
          </w:tcPr>
          <w:p w14:paraId="2A0403D9" w14:textId="657CCA24" w:rsidR="00371CA2" w:rsidRPr="004A6560" w:rsidRDefault="00371CA2" w:rsidP="009A0875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</w:p>
        </w:tc>
      </w:tr>
    </w:tbl>
    <w:p w14:paraId="2CA6E5E7" w14:textId="3BB00F68" w:rsidR="007D1647" w:rsidRPr="00DD29CC" w:rsidRDefault="007D1647" w:rsidP="00DD29CC">
      <w:pPr>
        <w:spacing w:line="360" w:lineRule="auto"/>
        <w:rPr>
          <w:rFonts w:ascii="Times New Roman" w:hAnsi="Times New Roman" w:cs="Times New Roman"/>
          <w:sz w:val="28"/>
          <w:szCs w:val="28"/>
          <w:lang w:eastAsia="zh-TW"/>
        </w:rPr>
      </w:pPr>
    </w:p>
    <w:sectPr w:rsidR="007D1647" w:rsidRPr="00DD29CC" w:rsidSect="00D53314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3CFE2" w14:textId="77777777" w:rsidR="002E1101" w:rsidRDefault="002E1101" w:rsidP="00F80C19">
      <w:pPr>
        <w:spacing w:after="0" w:line="240" w:lineRule="auto"/>
      </w:pPr>
      <w:r>
        <w:separator/>
      </w:r>
    </w:p>
  </w:endnote>
  <w:endnote w:type="continuationSeparator" w:id="0">
    <w:p w14:paraId="61051FE4" w14:textId="77777777" w:rsidR="002E1101" w:rsidRDefault="002E1101" w:rsidP="00F80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註：">
    <w:panose1 w:val="00000000000000000000"/>
    <w:charset w:val="88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1C68E" w14:textId="77777777" w:rsidR="002E1101" w:rsidRDefault="002E1101" w:rsidP="00F80C19">
      <w:pPr>
        <w:spacing w:after="0" w:line="240" w:lineRule="auto"/>
      </w:pPr>
      <w:r>
        <w:separator/>
      </w:r>
    </w:p>
  </w:footnote>
  <w:footnote w:type="continuationSeparator" w:id="0">
    <w:p w14:paraId="21AFA8F6" w14:textId="77777777" w:rsidR="002E1101" w:rsidRDefault="002E1101" w:rsidP="00F80C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4B2EE8"/>
    <w:multiLevelType w:val="hybridMultilevel"/>
    <w:tmpl w:val="885CD604"/>
    <w:lvl w:ilvl="0" w:tplc="9520750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305D60"/>
    <w:multiLevelType w:val="hybridMultilevel"/>
    <w:tmpl w:val="0C6A966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833F2B"/>
    <w:multiLevelType w:val="multilevel"/>
    <w:tmpl w:val="22347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8F21F2"/>
    <w:multiLevelType w:val="hybridMultilevel"/>
    <w:tmpl w:val="4A367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F54C85"/>
    <w:multiLevelType w:val="hybridMultilevel"/>
    <w:tmpl w:val="790E8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B56962"/>
    <w:multiLevelType w:val="hybridMultilevel"/>
    <w:tmpl w:val="3EF474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EC7720"/>
    <w:multiLevelType w:val="hybridMultilevel"/>
    <w:tmpl w:val="CBCE1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3E247C"/>
    <w:multiLevelType w:val="multilevel"/>
    <w:tmpl w:val="B90EC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2F443F"/>
    <w:multiLevelType w:val="hybridMultilevel"/>
    <w:tmpl w:val="DA0C8350"/>
    <w:lvl w:ilvl="0" w:tplc="9520750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1D63ED"/>
    <w:multiLevelType w:val="hybridMultilevel"/>
    <w:tmpl w:val="909E97EE"/>
    <w:lvl w:ilvl="0" w:tplc="9520750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2B5378"/>
    <w:multiLevelType w:val="multilevel"/>
    <w:tmpl w:val="B9C2F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1309FE"/>
    <w:multiLevelType w:val="hybridMultilevel"/>
    <w:tmpl w:val="228CC122"/>
    <w:lvl w:ilvl="0" w:tplc="60C856CE">
      <w:start w:val="1"/>
      <w:numFmt w:val="bullet"/>
      <w:lvlText w:val=""/>
      <w:lvlJc w:val="left"/>
      <w:pPr>
        <w:ind w:left="720" w:hanging="360"/>
      </w:pPr>
      <w:rPr>
        <w:rFonts w:ascii="標楷體" w:eastAsia="註：" w:hAnsi="標楷體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E81C21"/>
    <w:multiLevelType w:val="hybridMultilevel"/>
    <w:tmpl w:val="95820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3456F6"/>
    <w:multiLevelType w:val="hybridMultilevel"/>
    <w:tmpl w:val="C3144FBE"/>
    <w:lvl w:ilvl="0" w:tplc="9E88555E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B483280"/>
    <w:multiLevelType w:val="multilevel"/>
    <w:tmpl w:val="073CC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C8804B0"/>
    <w:multiLevelType w:val="multilevel"/>
    <w:tmpl w:val="1AE05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1800756"/>
    <w:multiLevelType w:val="multilevel"/>
    <w:tmpl w:val="1848F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6AB3D41"/>
    <w:multiLevelType w:val="multilevel"/>
    <w:tmpl w:val="62024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E753033"/>
    <w:multiLevelType w:val="hybridMultilevel"/>
    <w:tmpl w:val="9D6E0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0203303">
    <w:abstractNumId w:val="8"/>
  </w:num>
  <w:num w:numId="2" w16cid:durableId="1657953686">
    <w:abstractNumId w:val="6"/>
  </w:num>
  <w:num w:numId="3" w16cid:durableId="552690717">
    <w:abstractNumId w:val="5"/>
  </w:num>
  <w:num w:numId="4" w16cid:durableId="860244628">
    <w:abstractNumId w:val="4"/>
  </w:num>
  <w:num w:numId="5" w16cid:durableId="1968929794">
    <w:abstractNumId w:val="7"/>
  </w:num>
  <w:num w:numId="6" w16cid:durableId="1949242011">
    <w:abstractNumId w:val="3"/>
  </w:num>
  <w:num w:numId="7" w16cid:durableId="2030789467">
    <w:abstractNumId w:val="2"/>
  </w:num>
  <w:num w:numId="8" w16cid:durableId="483812493">
    <w:abstractNumId w:val="1"/>
  </w:num>
  <w:num w:numId="9" w16cid:durableId="183326171">
    <w:abstractNumId w:val="0"/>
  </w:num>
  <w:num w:numId="10" w16cid:durableId="57440500">
    <w:abstractNumId w:val="10"/>
  </w:num>
  <w:num w:numId="11" w16cid:durableId="613824978">
    <w:abstractNumId w:val="17"/>
  </w:num>
  <w:num w:numId="12" w16cid:durableId="1930918276">
    <w:abstractNumId w:val="18"/>
  </w:num>
  <w:num w:numId="13" w16cid:durableId="540090969">
    <w:abstractNumId w:val="14"/>
  </w:num>
  <w:num w:numId="14" w16cid:durableId="2044210564">
    <w:abstractNumId w:val="13"/>
  </w:num>
  <w:num w:numId="15" w16cid:durableId="709108802">
    <w:abstractNumId w:val="21"/>
  </w:num>
  <w:num w:numId="16" w16cid:durableId="1043990974">
    <w:abstractNumId w:val="27"/>
  </w:num>
  <w:num w:numId="17" w16cid:durableId="2012175074">
    <w:abstractNumId w:val="20"/>
  </w:num>
  <w:num w:numId="18" w16cid:durableId="45183620">
    <w:abstractNumId w:val="9"/>
  </w:num>
  <w:num w:numId="19" w16cid:durableId="405810908">
    <w:abstractNumId w:val="25"/>
  </w:num>
  <w:num w:numId="20" w16cid:durableId="1178738217">
    <w:abstractNumId w:val="24"/>
  </w:num>
  <w:num w:numId="21" w16cid:durableId="859271867">
    <w:abstractNumId w:val="16"/>
  </w:num>
  <w:num w:numId="22" w16cid:durableId="1406226726">
    <w:abstractNumId w:val="19"/>
  </w:num>
  <w:num w:numId="23" w16cid:durableId="1377467928">
    <w:abstractNumId w:val="11"/>
  </w:num>
  <w:num w:numId="24" w16cid:durableId="361830015">
    <w:abstractNumId w:val="26"/>
  </w:num>
  <w:num w:numId="25" w16cid:durableId="2039621629">
    <w:abstractNumId w:val="23"/>
  </w:num>
  <w:num w:numId="26" w16cid:durableId="47195493">
    <w:abstractNumId w:val="22"/>
  </w:num>
  <w:num w:numId="27" w16cid:durableId="1722317567">
    <w:abstractNumId w:val="15"/>
  </w:num>
  <w:num w:numId="28" w16cid:durableId="197945500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48E4"/>
    <w:rsid w:val="00052982"/>
    <w:rsid w:val="0006063C"/>
    <w:rsid w:val="00083F6B"/>
    <w:rsid w:val="00096753"/>
    <w:rsid w:val="000F4D0C"/>
    <w:rsid w:val="000F7ACB"/>
    <w:rsid w:val="00106862"/>
    <w:rsid w:val="00127C8E"/>
    <w:rsid w:val="001338E6"/>
    <w:rsid w:val="001416C7"/>
    <w:rsid w:val="0015074B"/>
    <w:rsid w:val="001C20E1"/>
    <w:rsid w:val="001C3B4B"/>
    <w:rsid w:val="001D770A"/>
    <w:rsid w:val="001E54DA"/>
    <w:rsid w:val="00216B3B"/>
    <w:rsid w:val="00287E8F"/>
    <w:rsid w:val="0029639D"/>
    <w:rsid w:val="002A1E96"/>
    <w:rsid w:val="002C7177"/>
    <w:rsid w:val="002E1101"/>
    <w:rsid w:val="002E4D3D"/>
    <w:rsid w:val="002F3F73"/>
    <w:rsid w:val="00326F90"/>
    <w:rsid w:val="00345D64"/>
    <w:rsid w:val="00350D69"/>
    <w:rsid w:val="00371CA2"/>
    <w:rsid w:val="00381906"/>
    <w:rsid w:val="00395FE1"/>
    <w:rsid w:val="003C197A"/>
    <w:rsid w:val="003C640F"/>
    <w:rsid w:val="004179CE"/>
    <w:rsid w:val="0049271D"/>
    <w:rsid w:val="004A0978"/>
    <w:rsid w:val="004A6560"/>
    <w:rsid w:val="004B1FCD"/>
    <w:rsid w:val="00517669"/>
    <w:rsid w:val="005C4E24"/>
    <w:rsid w:val="005E6E2A"/>
    <w:rsid w:val="0060188E"/>
    <w:rsid w:val="00611271"/>
    <w:rsid w:val="006775C3"/>
    <w:rsid w:val="006844B7"/>
    <w:rsid w:val="0071009C"/>
    <w:rsid w:val="00710EB4"/>
    <w:rsid w:val="00740D25"/>
    <w:rsid w:val="00761E1D"/>
    <w:rsid w:val="007A4553"/>
    <w:rsid w:val="007A5F5C"/>
    <w:rsid w:val="007D07DA"/>
    <w:rsid w:val="007D1647"/>
    <w:rsid w:val="007D3DD3"/>
    <w:rsid w:val="00867D37"/>
    <w:rsid w:val="00872910"/>
    <w:rsid w:val="008A397C"/>
    <w:rsid w:val="008F3A67"/>
    <w:rsid w:val="00946770"/>
    <w:rsid w:val="00970AC9"/>
    <w:rsid w:val="00974A2A"/>
    <w:rsid w:val="009A0875"/>
    <w:rsid w:val="009A2A11"/>
    <w:rsid w:val="009A3B33"/>
    <w:rsid w:val="009B1DF7"/>
    <w:rsid w:val="009D22C4"/>
    <w:rsid w:val="00A0282B"/>
    <w:rsid w:val="00A11580"/>
    <w:rsid w:val="00A6264B"/>
    <w:rsid w:val="00A71F87"/>
    <w:rsid w:val="00A72431"/>
    <w:rsid w:val="00AA1D8D"/>
    <w:rsid w:val="00AB14B4"/>
    <w:rsid w:val="00B401DA"/>
    <w:rsid w:val="00B41FA1"/>
    <w:rsid w:val="00B47730"/>
    <w:rsid w:val="00B51CFF"/>
    <w:rsid w:val="00B524AC"/>
    <w:rsid w:val="00BB5800"/>
    <w:rsid w:val="00BF3A89"/>
    <w:rsid w:val="00C60EED"/>
    <w:rsid w:val="00C66B10"/>
    <w:rsid w:val="00C70C6A"/>
    <w:rsid w:val="00CA0913"/>
    <w:rsid w:val="00CB0664"/>
    <w:rsid w:val="00CB596C"/>
    <w:rsid w:val="00D03E24"/>
    <w:rsid w:val="00D055E8"/>
    <w:rsid w:val="00D12993"/>
    <w:rsid w:val="00D2545B"/>
    <w:rsid w:val="00D527B3"/>
    <w:rsid w:val="00D53314"/>
    <w:rsid w:val="00D53E77"/>
    <w:rsid w:val="00DD29CC"/>
    <w:rsid w:val="00DE16A1"/>
    <w:rsid w:val="00DE6F07"/>
    <w:rsid w:val="00E064F5"/>
    <w:rsid w:val="00E42994"/>
    <w:rsid w:val="00E512D7"/>
    <w:rsid w:val="00E67161"/>
    <w:rsid w:val="00E91FF1"/>
    <w:rsid w:val="00EE5C39"/>
    <w:rsid w:val="00EE74E4"/>
    <w:rsid w:val="00EF228C"/>
    <w:rsid w:val="00F519C2"/>
    <w:rsid w:val="00F56BD5"/>
    <w:rsid w:val="00F570DA"/>
    <w:rsid w:val="00F65328"/>
    <w:rsid w:val="00F80C19"/>
    <w:rsid w:val="00F834AB"/>
    <w:rsid w:val="00FC693F"/>
    <w:rsid w:val="00FE0AE9"/>
    <w:rsid w:val="00FE462A"/>
    <w:rsid w:val="00FF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836345C"/>
  <w14:defaultImageDpi w14:val="300"/>
  <w15:docId w15:val="{85F8C3EF-6AE8-4768-9A95-5D7A6CF87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1E54DA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a">
    <w:name w:val="Hyperlink"/>
    <w:basedOn w:val="a2"/>
    <w:uiPriority w:val="99"/>
    <w:unhideWhenUsed/>
    <w:rsid w:val="005C4E24"/>
    <w:rPr>
      <w:color w:val="0000FF" w:themeColor="hyperlink"/>
      <w:u w:val="single"/>
    </w:rPr>
  </w:style>
  <w:style w:type="character" w:styleId="affb">
    <w:name w:val="Unresolved Mention"/>
    <w:basedOn w:val="a2"/>
    <w:uiPriority w:val="99"/>
    <w:semiHidden/>
    <w:unhideWhenUsed/>
    <w:rsid w:val="005C4E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26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Calibri Light"/>
        <a:ea typeface="微軟正黑體 Light"/>
        <a:cs typeface=""/>
      </a:majorFont>
      <a:minorFont>
        <a:latin typeface="Calibri"/>
        <a:ea typeface="微軟正黑體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595</TotalTime>
  <Pages>2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毓軒 蘇</cp:lastModifiedBy>
  <cp:revision>53</cp:revision>
  <dcterms:created xsi:type="dcterms:W3CDTF">2013-12-23T23:15:00Z</dcterms:created>
  <dcterms:modified xsi:type="dcterms:W3CDTF">2026-05-13T08:53:00Z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2202c36d-7684-44e5-8315-2d99859f511a</vt:lpwstr>
  </property>
</Properties>
</file>